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التجار وتسمية النبيّ صلى الله عليه وسلم،إياهم-كتاب البيوع-سنن الترمذي — رقم الحديث: 1209 — الرقم الفرعي: 99 — الرقم الأصلي: 1209</w:t>
        <w:br/>
      </w:r>
      <w:r>
        <w:rPr>
          <w:rtl w:val="1"/>
        </w:rPr>
        <w:t xml:space="preserve"> حدثنا هنّاد حدثنا قَبيصة عن سفيان عن أبي حمزة عن الحسن عن أبي سعيد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«التاجرُ الصَّدوق الأمين مع النّبيّين والصّدّيقِين والشُّهداء».  </w:t>
      </w:r>
      <w:r>
        <w:rPr>
          <w:color w:val="000000"/>
          <w:rtl w:val="1"/>
        </w:rPr>
        <w:t xml:space="preserve">هذا حديث حسن،  </w:t>
      </w:r>
      <w:r>
        <w:rPr>
          <w:color w:val="000000"/>
          <w:rtl w:val="1"/>
        </w:rPr>
        <w:t xml:space="preserve">لا نعرفه إلّا من هذا الوجه، من حديث الثوريّ، عن أبي حمزة،  </w:t>
      </w:r>
      <w:r>
        <w:rPr>
          <w:color w:val="000000"/>
          <w:rtl w:val="1"/>
        </w:rPr>
        <w:t xml:space="preserve">وأبو حمزة عبد الله بن جابر، وهو شيخٌ بصريّ.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قيمة الصدق في التجارة - قيم الصدق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التاجر الصدوق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