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صلاة الخوف-كتاب صلاة المسافرين وقصرها-صحيح مسلم — رقم الحديث: 843 — الرقم الفرعي: 1 — الرقم الأصلي: 843</w:t>
        <w:br/>
      </w:r>
      <w:r>
        <w:rPr>
          <w:rtl w:val="1"/>
        </w:rPr>
        <w:t xml:space="preserve"> حدثنا أبو بكر بن أبي شيبة حدثنا عفان حدثنا أبان بن يزيد حدثنا يحيى بن أبي كثير عن أبي سلمة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أَقبَلْنا مع رسولِ الله ﷺ، حتَّى إذا كُنّا بذاتِ الرِّقاع قالَ،  </w:t>
      </w:r>
      <w:r>
        <w:rPr>
          <w:color w:val="FF0000"/>
          <w:rtl w:val="1"/>
        </w:rPr>
        <w:t xml:space="preserve">كنَّا إذا أَتينا على شجرةٍ ظَليلةٍ، ترَكْناها لِرسولِ الله ﷺ،  </w:t>
      </w:r>
      <w:r>
        <w:rPr>
          <w:color w:val="FF0000"/>
          <w:rtl w:val="1"/>
        </w:rPr>
        <w:t xml:space="preserve">قال: فجاءَ رجلٌ من المشركين، وسيفُ رسولِ الله ﷺ مُعَلَّقٌ بشجرةٍ، فأخذ سيفَ نبيِّ الله ﷺ فاختَرَطه، فقال لرسولِ الله ﷺ: أتخافُني؟ قال: «لا» قال: فمَن يَمنعُك مِنِّي؟ قال: «الله يَمنَعُني منك»  </w:t>
      </w:r>
      <w:r>
        <w:rPr>
          <w:color w:val="FF0000"/>
          <w:rtl w:val="1"/>
        </w:rPr>
        <w:t xml:space="preserve">قال: فتهدَّدَه أَصحابُ رسول الله ﷺ، فأَغمدَ السَّيفَ وعلَّقه،  </w:t>
      </w:r>
      <w:r>
        <w:rPr>
          <w:color w:val="FF0000"/>
          <w:rtl w:val="1"/>
        </w:rPr>
        <w:t xml:space="preserve">قال: فنُودِيَ بالصَّلاة، فصلَّى بطائفةٍ رَكعتين، ثمّ تأخَّروا، وصلَّى بالطائفةِ الأُخرى رَكعتين،  </w:t>
      </w:r>
      <w:r>
        <w:rPr>
          <w:color w:val="FF0000"/>
          <w:rtl w:val="1"/>
        </w:rPr>
        <w:t xml:space="preserve">قال: فكانت لرسول الله ﷺ أَربعُ رَكعاتٍ، وللقومِ ركعتان. 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في حمايته من عدوه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>الشرح: الدلالة: غزوة ذات الرقاع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