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العمائم-كتاب اللباس-سنن أبي داود — رقم الحديث: 4079 — الرقم الفرعي: 99 — الرقم الأصلي: 4079</w:t>
        <w:br/>
      </w:r>
      <w:r>
        <w:rPr>
          <w:rtl w:val="1"/>
        </w:rPr>
        <w:t xml:space="preserve"> حدثنا محمد بن إسماعيل ملاحظة مولى بني هاشم ثنا عثمان بن عثمان الغطفانيّ ثنا سليمان بن خَرَّبُوذ حدثني شيخ من أهل المدينة قال:سمعت عبد الرحمن بن عوف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عمَّمني رسولُ الله ﷺ، فَسَدَلها بين يديَّ ومِن خَلْفِي.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العمامة - أسماء الملابس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