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سجود المسلمين مع المشركين-كتاب الصلاة-صحيح البخاري — رقم الحديث: 1071 — الرقم الفرعي: 99 — الرقم الأصلي: 1071</w:t>
        <w:br/>
      </w:r>
      <w:r>
        <w:rPr>
          <w:rtl w:val="1"/>
        </w:rPr>
        <w:t xml:space="preserve"> حدثنا مُسَدّد قال:حدثنا عبد الوارث قال:حدثنا أيوب عن عكرمة عن ابن عباس رضي الله عنهما</w:t>
        <w:br/>
      </w:r>
      <w:r>
        <w:rPr>
          <w:color w:val="FF0000"/>
          <w:rtl w:val="1"/>
        </w:rPr>
        <w:t xml:space="preserve">أنَّ النبيَّ ﷺ سَجَدَ بالنجمِ،  </w:t>
      </w:r>
      <w:r>
        <w:rPr>
          <w:color w:val="000000"/>
          <w:rtl w:val="1"/>
        </w:rPr>
        <w:t xml:space="preserve">وسَجَدَ معه المُسلمونَ والمشرِكونَ والجِنُّ والإنسُ. </w:t>
      </w:r>
      <w:r>
        <w:rPr>
          <w:color w:val="000000"/>
          <w:rtl w:val="1"/>
        </w:rPr>
        <w:t xml:space="preserve">ورواه ابن طَهْمانَ، عن أيوبَ.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مواضع سجدات التلاوة - سجود التلاوة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