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335 — الرقم الفرعي: 99 — الرقم الأصلي: 335 — ج: 1 — ص: 47</w:t>
        <w:br/>
      </w:r>
      <w:r>
        <w:rPr>
          <w:rtl w:val="1"/>
        </w:rPr>
        <w:t xml:space="preserve"> حدثنا إبراهيم بن خالد حدثنا ربَاح عن مَعمَر عن الزهريّ عن عبيدالله بن عبد الله بن عتبة عن أبي هريرة</w:t>
        <w:br/>
      </w:r>
      <w:r>
        <w:rPr>
          <w:color w:val="000000"/>
          <w:rtl w:val="1"/>
        </w:rPr>
        <w:t xml:space="preserve">قَالَ: لَمَّا تُوُفِّيَ رَسُولُ اللهِ ﷺ، وَكَفَرَ مَنْ كَفَرَ، قَالَ: قَالَ عُمَرُ بْنُ الْخَطَّابِ: يَا أَبَا بَكْرٍ، كَيْفَ تُقَاتِلُ النَّاسَ  </w:t>
      </w:r>
      <w:r>
        <w:rPr>
          <w:color w:val="000000"/>
          <w:rtl w:val="1"/>
        </w:rPr>
        <w:t xml:space="preserve">وَقَدْ قَالَ رَسُولُ اللهِ ﷺ: «أُمِرْتُ أَنْ أُقَاتِلَ النَّاسَ حَتَّى يَقُولُوا: لَا إِلَهَ إِلَّا اللهُ، فَمَنْ قَالَ: لَا إِلَهَ إِلَّا اللهُ، فَقَدْ عَصَمَ مِنِّي مَالَهُ وَنَفْسَهُ، وَحِسَابُهُ عَلَى اللهِ عَزَّ وَجَلَّ»؟  </w:t>
      </w:r>
      <w:r>
        <w:rPr>
          <w:color w:val="000000"/>
          <w:rtl w:val="1"/>
        </w:rPr>
        <w:t xml:space="preserve">قَالَ أَبو بَكْرٍ: لَأُقاتِلَنَّ مَنْ فَرَّقَ بَيْنَ الصَّلاةِ وَالزَّكَاةِ، إِنَّ الزَّكَاةَ حَقُّ الْمَالِ، </w:t>
      </w:r>
      <w:r>
        <w:rPr>
          <w:color w:val="000000"/>
          <w:rtl w:val="1"/>
        </w:rPr>
        <w:t xml:space="preserve">وَاللهِ لَوْ مَنَعُوني عَنَاقًا كَانُوا يُؤَدُّونَهَا إِلَى رَسُولِ اللهِ ﷺ لَقَاتَلْتُهُمْ عَلَيْهَا  </w:t>
      </w:r>
      <w:r>
        <w:rPr>
          <w:color w:val="000000"/>
          <w:rtl w:val="1"/>
        </w:rPr>
        <w:t xml:space="preserve">فَقَالَ عُمَرُ: وَاللهِ مَا هُوَ إِلَّا أَنْ رَأَيْتُ أَنَّ اللهَ قَدْ شَرَحَ صَدْرَ أَبِي بَكْرٍ بِالقِتَالِ، فَعَرَفْتُ أنَّهُ الْحَقُّ.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