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********-كتاب المناقب-سنن الترمذي — رقم الحديث: 3607 — الرقم الفرعي: 99 — الرقم الأصلي: 3611</w:t>
        <w:br/>
      </w:r>
      <w:r>
        <w:rPr>
          <w:rtl w:val="1"/>
        </w:rPr>
        <w:t xml:space="preserve"> حدثنا يوسف بن موسى القطان البغداديّ أخبرنا عبيدالله بن موسى عن إسماعيل بن أبي خالد عن يزيد بن أبي زياد عن عبد الله بن الحارث عن العباس بن عبد المطلب</w:t>
        <w:br/>
      </w:r>
      <w:r>
        <w:rPr>
          <w:color w:val="FF0000"/>
          <w:rtl w:val="1"/>
        </w:rPr>
        <w:t xml:space="preserve">قال: قلتُ: يا رسولَ الله، إنَّ قُريشًا جلَسوا، فتَذاكَروا أَحسابَهم بَينَهم، فجعَلُوا مَثَلكَ كمَثَلِ نَخلةٍ في كَبوَةٍ من الأَرض،  </w:t>
      </w:r>
      <w:r>
        <w:rPr>
          <w:color w:val="FF0000"/>
          <w:rtl w:val="1"/>
        </w:rPr>
        <w:t xml:space="preserve">فقالَ النّبيُّ ﷺ: «إنَّ الله خَلَقَ الخَلْقَ، فجَعَلني مِن خَيرِ فِرَقِهم وخَيرِ الفَريقَين،  </w:t>
      </w:r>
      <w:r>
        <w:rPr>
          <w:color w:val="FF0000"/>
          <w:rtl w:val="1"/>
        </w:rPr>
        <w:t xml:space="preserve">ثم خَيَّرَ القَبائلَ، فجَعَلني مِن خَير قَبيلةٍ،  </w:t>
      </w:r>
      <w:r>
        <w:rPr>
          <w:color w:val="FF0000"/>
          <w:rtl w:val="1"/>
        </w:rPr>
        <w:t xml:space="preserve">ثم خيَّرَ البُيوتَ، فجَعَلني من خَيرِ بُيوتِهم،  </w:t>
      </w:r>
      <w:r>
        <w:rPr>
          <w:color w:val="FF0000"/>
          <w:rtl w:val="1"/>
        </w:rPr>
        <w:t xml:space="preserve">فأنا خَيرُهم نفْسًا، وخَيرُهم بَيتًا». </w:t>
      </w:r>
      <w:r>
        <w:rPr>
          <w:color w:val="000000"/>
          <w:rtl w:val="1"/>
        </w:rPr>
        <w:t xml:space="preserve">هذا حديثٌ حسن. </w:t>
      </w:r>
      <w:r>
        <w:rPr>
          <w:color w:val="000000"/>
          <w:rtl w:val="1"/>
        </w:rPr>
        <w:t xml:space="preserve">وعبدُ الله بنُ الحارث هو: ابنُ نَوفَل.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نسبه الشريف صلى الله عليه وسلم - السيرة النبوية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 xml:space="preserve">الشرح: الدلالة: شرف نسبه ﷺ - شرف نسب النبي ﷺ وأسماؤه وكنيته 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