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اختلفوا في الطريق الميتاء-كتاب المظالم-صحيح البخاري — رقم الحديث: 2473 — الرقم الفرعي: 99 — الرقم الأصلي: 2473</w:t>
        <w:br/>
      </w:r>
      <w:r>
        <w:rPr>
          <w:rtl w:val="1"/>
        </w:rPr>
        <w:t xml:space="preserve"> حدثنا موسى بن اسماعيل حدثنا جَرير بن حازم عن الزبير بن خِرّيت عن عكرمة سمعت أبا هريرة،رضي الله عنه،</w:t>
        <w:br/>
      </w:r>
      <w:r>
        <w:rPr>
          <w:color w:val="FF0000"/>
          <w:rtl w:val="1"/>
        </w:rPr>
        <w:t xml:space="preserve">قال: قَضَى النبيُّ ﷺ إذا تَشاجَرُوا في الطَّريق بسبعةِ أذرُعٍ.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