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3765 — الرقم الفرعي: 99 — الرقم الأصلي: 3765 — ج: 1 — ص: 396</w:t>
        <w:br/>
      </w:r>
      <w:r>
        <w:rPr>
          <w:rtl w:val="1"/>
        </w:rPr>
        <w:t xml:space="preserve"> حدثنا حُسين بن عليّ عن زائدة عن عاصم عن زرّ عن عبد الله</w:t>
        <w:br/>
      </w:r>
      <w:r>
        <w:rPr>
          <w:color w:val="000000"/>
          <w:rtl w:val="1"/>
        </w:rPr>
        <w:t xml:space="preserve">قَالَ: لَمَّا قُبِضَ رَسُولُ اللهِ ﷺ، قَالَتِ الْأَنْصَارُ: مِنَّا أَمِيرٌ، وَمِنْكُمْ أَمِيرٌ، قَالَ: فَأتَاهُمْ عُمَرُ، فَقَالَ: يَا مَعْشَرَ الْأَنْصَارِ، أَلسْتُمْ تَعْلَمُونَ أَنَّ رَسُولَ اللهِ ﷺ أَمَرَ أَبَا بَكْرٍ أَنْ يَؤُمَّ النَّاسَ؟ فأيُّكُمْ تَطِيبُ نَفْسُهُ أَنْ يَتَقَدَّمَ أَبَا بَكْرٍ؟ فَقَالُوا: نَعُوذُ بِاللهِ أَنْ نَتَقَدَّمَ أَبَا بَكْرٍ.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