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الأحقاف-كتاب تفسير القرآن-سنن الترمذي — رقم الحديث: 3256 — الرقم الفرعي: 99 — الرقم الأصلي: 3254</w:t>
        <w:br/>
      </w:r>
      <w:r>
        <w:rPr>
          <w:rtl w:val="1"/>
        </w:rPr>
        <w:t xml:space="preserve"> حدثنا عليّ بن سعيد الكنديّ حدثنا أبو مُحَيّاة عن عبد الملك بن عمير عن ابن أخي عبد الله بن سلام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أُريدَ عثمان، جاء عبدُ الله بن سلَام، فقال له عثمان: ما جاءَ بك؟ قال: جِئتُ في نُصرتِك، قال: اخرُج إلى النّاس فاطرُدْهم عنِّي، فإنّك خارجٌ خيرٌ لي منكَ داخلٌ،  </w:t>
      </w:r>
      <w:r>
        <w:rPr>
          <w:color w:val="FF0000"/>
          <w:rtl w:val="1"/>
        </w:rPr>
        <w:t xml:space="preserve">قال: فخرَجَ عبدُ الله بن سلَامٍ إلى النّاس، فقال: أَيها النّاس، إنّه كان اسمِي في الجاهليّة فلان، فسمَّاني رسولُ الله ﷺ عبدَ الله،  </w:t>
      </w:r>
      <w:r>
        <w:rPr>
          <w:color w:val="FF0000"/>
          <w:rtl w:val="1"/>
        </w:rPr>
        <w:t xml:space="preserve">ونزَلَتْ فيَّ آياتٌ من كتاب الله، نزَلتْ فيَّ: ﴿وَشَهِدَ شَاهِدٌ مِنْ بَنِي إِسْرَائِيلَ عَلَى مِثْلِهِ فَآمَنَ وَاسْتَكْبَرْتُمْ إِنَّ اللَّهَ لاَ يَهْدِي الْقَوْمَ الظَّالِمِينَ﴾ [الأحقاف: 10] ونزلتْ فيّ: ﴿قُلْ كَفَى بِاللَّهِ شَهِيدًا بَيْنِي وَبَيْنَكُمْ وَمَنْ عِنْدَهُ عِلْمُ الْكِتَابِ﴾ [الرعد: 43]،  </w:t>
      </w:r>
      <w:r>
        <w:rPr>
          <w:color w:val="FF0000"/>
          <w:rtl w:val="1"/>
        </w:rPr>
        <w:t xml:space="preserve">إنَّ لله سيفًا مغمودًا عنكم، وإنَّ الملائكةَ قد جاوَرَتْكُم في بلدكُم هذا الذي نزلَ فيه نبيُّكم،  </w:t>
      </w:r>
      <w:r>
        <w:rPr>
          <w:color w:val="FF0000"/>
          <w:rtl w:val="1"/>
        </w:rPr>
        <w:t xml:space="preserve">فاللهَ اللهَ في هذا الرَّجُل أن تَقتُلوه، فواللهِ إن قتَلتُموه لتَطْرُدُنَّ جيرانَكُم الملائكةَ، ولتسُلُّنَّ سيفَ اللهِ المَغمودَ عنكُم، فلا يُغمَدُ إلى يومِ القِيامة،  </w:t>
      </w:r>
      <w:r>
        <w:rPr>
          <w:color w:val="FF0000"/>
          <w:rtl w:val="1"/>
        </w:rPr>
        <w:t xml:space="preserve">قال: فقالوا: اقتُلوا اليهوديَّ واقتُلوا عثمان.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وقد رواهُ شُعيبُ بن صَفوانَ عن عبد الملك بنِ عُمير، عن ابن محمد بنِ عبد الله بن سلَام، عن جدِّه عبدِ الله بن سلَام.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الرأي العام المنساق(العامة)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