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12674 — الرقم الفرعي: 99 — الرقم الأصلي: 12674 — ج: 3 — ص: 164</w:t>
        <w:br/>
      </w:r>
      <w:r>
        <w:rPr>
          <w:rtl w:val="1"/>
        </w:rPr>
        <w:t xml:space="preserve"> حدثنا عبد الرزاق قال:أنا معمر عن الزهريّ قال:أخبرني أنس بن مالك</w:t>
        <w:br/>
      </w:r>
      <w:r>
        <w:rPr>
          <w:color w:val="FF0000"/>
          <w:rtl w:val="1"/>
        </w:rPr>
        <w:t xml:space="preserve">لم يكُن منهم أَحدٌ أَشبَهَ برَسُول الله ﷺ مِن الحَسَن بن عليّ.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شبه الحسن بن علي به ﷺ - في معرفة من كان يشبه النبي ﷺ في خلقته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