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العبد إذا أحسن عبادة ربّه-كتاب العتق-صحيح البخاري — رقم الحديث: 2546 — الرقم الفرعي: 99 — الرقم الأصلي: 2546</w:t>
        <w:br/>
      </w:r>
      <w:r>
        <w:rPr>
          <w:rtl w:val="1"/>
        </w:rPr>
        <w:t xml:space="preserve"> حدثنا عبد الله بن مسلمة عن مالك عن نافع عن ابن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«العبدُ إذا نَصَحَ سيِّدَه وأحسَنَ عِبادةَ رَبِّه، كانَ له أجرُه مرَّتينِ».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الخدم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نصيحة العبد لسيده - مظاهر قيمة النصيحة للمسلمين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