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المعجم الكبير — رقم الحديث: 8072 — الرقم الفرعي: 99 — الرقم الأصلي: 8072 — ج: 8 — ص: 278</w:t>
        <w:br/>
      </w:r>
      <w:r>
        <w:rPr>
          <w:rtl w:val="1"/>
        </w:rPr>
        <w:t xml:space="preserve"> حدثنا عبيد بن غنّام، ثنا أبو بكر بن أبي شيبة، (ح) وحدثنا الحسين بن إسحاق التستريّ، ثنا سهل بن عثمان، قالا: ثنا عبد الله بن نمير، عن مسعر بن كدام، عن أبي العَنْبس، عن أبي العَدَبَّس، عن أبي مرزوق، عن أبي غالب، عن أبي أمامة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خرَجَ علينا رسولُ الله ﷺ وهو يَتَوكَّأُ على عصا،  </w:t>
      </w:r>
      <w:r>
        <w:rPr>
          <w:color w:val="000000"/>
          <w:rtl w:val="1"/>
        </w:rPr>
        <w:t xml:space="preserve">فلمَّا رأيناه قُمنا إليه،  </w:t>
      </w:r>
      <w:r>
        <w:rPr>
          <w:color w:val="FF0000"/>
          <w:rtl w:val="1"/>
        </w:rPr>
        <w:t xml:space="preserve">فقال: «لا تَفعَلوا كما تفعلُ الأَعاجِمُ؛ يقومُ بعضُها لبعضٍ»  </w:t>
      </w:r>
      <w:r>
        <w:rPr>
          <w:color w:val="FF0000"/>
          <w:rtl w:val="1"/>
        </w:rPr>
        <w:t xml:space="preserve">فقلنا: اشتَهينا أن تَدعوَ لنا،  </w:t>
      </w:r>
      <w:r>
        <w:rPr>
          <w:color w:val="FF0000"/>
          <w:rtl w:val="1"/>
        </w:rPr>
        <w:t xml:space="preserve">فقال: «اللّهمَّ اغفِر لنا، وارحَمْنا، وارْضَ عنَّا، وتَقَبَّل مِنَّا، وأَدخِلنا الجنةَ، ونجِّنا مِن النَّار، وأَصلِح شَأْننا كلَّه»  </w:t>
      </w:r>
      <w:r>
        <w:rPr>
          <w:color w:val="000000"/>
          <w:rtl w:val="1"/>
        </w:rPr>
        <w:t xml:space="preserve">قال: فإنّنا اشتَهَينا أن تزيدَنا، فقال: «أَوَلَيس قد جَمَعنَ الخيرَ؟».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 xml:space="preserve">الشرح: الدلالة: دعاؤه ﷺ لهم بالمغفرة والرحمة والتقوى - دعاء النبي ﷺ لأصحابه خصوصًا ولأمته عمومًا </w:t>
      </w:r>
    </w:p>
    <w:p>
      <w:pPr>
        <w:bidi w:val="1"/>
        <w:jc w:val="start"/>
      </w:pPr>
      <w:r>
        <w:rPr>
          <w:rtl w:val="1"/>
        </w:rPr>
        <w:t>الشرح: الدلالة: وعظه ﷺ للصحابة وعظًا عامًا - أمرُ النبيِّ ﷺ بالمعروفِ ونهيُه عن المُنكر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