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ما أعدّه الله تعالى للمجاهد في الجنة من الدرجات-كتاب الإمارة-صحيح مسلم — رقم الحديث: 1884 — الرقم الفرعي: 99 — الرقم الأصلي: 1884</w:t>
        <w:br/>
      </w:r>
      <w:r>
        <w:rPr>
          <w:rtl w:val="1"/>
        </w:rPr>
        <w:t xml:space="preserve"> حدثنا سعيد بن منصور حدثنا عبد الله بن وهب حدثني أبو هانىء الخَوْلانيّ عن أبي عبد الرحمن الحُبْليّ عن أبي سعيد الخُدْريّ</w:t>
        <w:br/>
      </w:r>
      <w:r>
        <w:rPr>
          <w:color w:val="000000"/>
          <w:rtl w:val="1"/>
        </w:rPr>
        <w:t xml:space="preserve">أنَّ رسولَ الله ﷺ قال: «يا أبا سَعيدٍ،  </w:t>
      </w:r>
      <w:r>
        <w:rPr>
          <w:color w:val="FF0000"/>
          <w:rtl w:val="1"/>
        </w:rPr>
        <w:t xml:space="preserve">مَن رضيَ بالله ربًّا، وبالإسلامِ دِينًا،  </w:t>
      </w:r>
      <w:r>
        <w:rPr>
          <w:color w:val="FF0000"/>
          <w:rtl w:val="1"/>
        </w:rPr>
        <w:t xml:space="preserve">وبمُحمدٍ نبيًّا،  </w:t>
      </w:r>
      <w:r>
        <w:rPr>
          <w:color w:val="FF0000"/>
          <w:rtl w:val="1"/>
        </w:rPr>
        <w:t xml:space="preserve">وَجَبَتْ له الجَنّة»،  </w:t>
      </w:r>
      <w:r>
        <w:rPr>
          <w:color w:val="FF0000"/>
          <w:rtl w:val="1"/>
        </w:rPr>
        <w:t xml:space="preserve">فعَجِبَ لها أبو سَعيد، فقال: أَعِدْها عَليَّ يا رسولَ الله، ففَعَل،  </w:t>
      </w:r>
      <w:r>
        <w:rPr>
          <w:color w:val="FF0000"/>
          <w:rtl w:val="1"/>
        </w:rPr>
        <w:t xml:space="preserve">ثم قال: «وأُخرى يُرفَعُ بها العبدُ مِئةَ درجةٍ في الجَنّة،  </w:t>
      </w:r>
      <w:r>
        <w:rPr>
          <w:color w:val="FF0000"/>
          <w:rtl w:val="1"/>
        </w:rPr>
        <w:t xml:space="preserve">ما بينَ كلِّ دَرَجَتينِ كما بينَ السماءِ والأرض»،  </w:t>
      </w:r>
      <w:r>
        <w:rPr>
          <w:color w:val="FF0000"/>
          <w:rtl w:val="1"/>
        </w:rPr>
        <w:t xml:space="preserve">قال: وما هي يا رَسولَ الله؟ قال: «الجِهادُ في سَبيلِ الله، الجِهادُ في سَبيلِ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الرِّضا بالله ربًّا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الرضى والاستسلام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منازل المجاهدين في الجنة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* عدد درجات الجنة والمسافة بينها - درجات الجنة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