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الرضاع-سنن الترمذي — رقم الحديث: 1172 — الرقم الفرعي: 99 — الرقم الأصلي: 1172</w:t>
        <w:br/>
      </w:r>
      <w:r>
        <w:rPr>
          <w:rtl w:val="1"/>
        </w:rPr>
        <w:t xml:space="preserve"> حدثنا نصر بن عليّ حدثنا عيسى بن يونس عن مُجالد عن الشعبيّ عن جابر عن النبيّ صلى الله عليه وسلم</w:t>
        <w:br/>
      </w:r>
      <w:r>
        <w:rPr>
          <w:color w:val="000000"/>
          <w:rtl w:val="1"/>
        </w:rPr>
        <w:t xml:space="preserve">قالَ: «لا ‌تَلِجُوا ‌عَلى ‌المُغِيبَاتِ،  </w:t>
      </w:r>
      <w:r>
        <w:rPr>
          <w:color w:val="FF0000"/>
          <w:rtl w:val="1"/>
        </w:rPr>
        <w:t xml:space="preserve">فإنَّ الشَّيْطانَ يَجْري من أحَدِكُمْ مَجْرى الدَّمِ". قُلنا: ومِنكَ؟  </w:t>
      </w:r>
      <w:r>
        <w:rPr>
          <w:color w:val="FF0000"/>
          <w:rtl w:val="1"/>
        </w:rPr>
        <w:t xml:space="preserve">قال: «ومِنّي، ولكنَّ الله أعَانَنِي عَليهِ، فأسلمُ». </w:t>
      </w:r>
      <w:r>
        <w:rPr>
          <w:color w:val="000000"/>
          <w:rtl w:val="1"/>
        </w:rPr>
        <w:t xml:space="preserve">هذا حَديثٌ غَريبٌ من هذا الوَجهِ. </w:t>
      </w:r>
      <w:r>
        <w:rPr>
          <w:color w:val="000000"/>
          <w:rtl w:val="1"/>
        </w:rPr>
        <w:t xml:space="preserve">وقد تكلَّمَ بعْضُهُم في مَجالِدِ بن سَعيدٍ من قِبَلِ حِفظِهِ. وسَمِعتُ عليَّ بن خَشْرَمٍ يقولُ: قالَ سُفيانُ بن عُيَينةَ في تَفسيرِ قَولِ النبيِّ ﷺ: «ولكنَّ الله أعانَني عَلَيْهِ فأسلمُ»، يعني: أسلَمُ أنا مِنْهُ. </w:t>
      </w:r>
      <w:r>
        <w:rPr>
          <w:color w:val="000000"/>
          <w:rtl w:val="1"/>
        </w:rPr>
        <w:t xml:space="preserve">قالَ سُفيانُ: والشَّيطانُ لا يُسْلِمُ. </w:t>
      </w:r>
      <w:r>
        <w:rPr>
          <w:color w:val="000000"/>
          <w:rtl w:val="1"/>
        </w:rPr>
        <w:t xml:space="preserve">«ولا تَلِجُوا على المُغِيباتِ»، والمُغيبةُ: المرأةُ التي يكونُ زَوْجُها غائِبًا، والمُغيباتُ: جماعَةُ المُغيبَةِ.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قلة الحياء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اختلاط النساء بالرجال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عصمته صلى الله عليه وسلم من الشيطان، وعصمته من أن يتمثل بصورته في المنام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