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الصلاة والسجدة عند الشكر-كتاب إقامة الصلاة-سنن ابن ماجة — رقم الحديث: 1391 — الرقم الفرعي: 99 — الرقم الأصلي: 1391</w:t>
        <w:br/>
      </w:r>
      <w:r>
        <w:rPr>
          <w:rtl w:val="1"/>
        </w:rPr>
        <w:t xml:space="preserve"> حدثنا أبو بشر،بكر بن خلف ثنا سلمة بن رجاء حدثتني شعثاء عن عبد الله بن أبي أوفى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أنّ رسول الله ﷺ، صلّى يوم بُشِّر برأس أبي جهلٍ، ركعتين.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سجود الشكر لله تعالى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صدوق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فيه لين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لا بأس به(ليس به بأس، ما أرى به بأسا)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لا يتابع على حديثه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شكر النبي صلى الله عليه وسلم لربه عز وجل////////////////////////////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