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فضل الذكر-كتاب الأدب-سنن ابن ماجة — رقم الحديث: 3792 — الرقم الفرعي: 99 — الرقم الأصلي: 3792</w:t>
        <w:br/>
      </w:r>
      <w:r>
        <w:rPr>
          <w:rtl w:val="1"/>
        </w:rPr>
        <w:t xml:space="preserve"> حدثنا أبو بكر ثنا محمد بن مصعب عن الأوزاعيّ عن إسماعيل بن عبيد الله عن أم الدّرداء عن أبي هريرة عن النبيّ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قال: إِنَّ اللَّهَ عزَّ وجلَّ يقول: أَنا مع عَبدي إِذا هو ذكرني، وتَحَرَّكَت بي شَفَتاه».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