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معيشة آل محمد صلى الله عليه وسلم-كتاب الزهد-سنن ابن ماجة — رقم الحديث: 4149 — الرقم الفرعي: 99 — الرقم الأصلي: 4149</w:t>
        <w:br/>
      </w:r>
      <w:r>
        <w:rPr>
          <w:rtl w:val="1"/>
        </w:rPr>
        <w:t xml:space="preserve"> حدثنا نصر بن عليّ أخبرني أبي عن شعبة عن عبد الأكرم ملاحظة رجُل من أهل الكوفة عن أبيه عن سليمان بن صُرَد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أَتانا رسولُ الله ﷺ ، فمَكثْنا ثلاثَ ليالٍ لا نَقدرُ - أو لا يَقدِرُ- على طعام.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