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الاغتباط في العلم والحكمة،وقال عمر:تفقّهوا قبل أن تسوّدوا-كتاب العلم-صحيح البخاري — رقم الحديث: 73 — الرقم الفرعي: 99 — الرقم الأصلي: 73</w:t>
        <w:br/>
      </w:r>
      <w:r>
        <w:rPr>
          <w:rtl w:val="1"/>
        </w:rPr>
        <w:t xml:space="preserve"> حدثنا الحميديّ قال:حدثنا سفيان قال:حدثني إسماعيل بن أبي خالد على غير ما حدثناه الزهريّ قال:سمعت قيس بن أبي حازم قال:سمعت عبد الله بن مسعود قال:قال النبي صلى الله عليه وسلم</w:t>
        <w:br/>
      </w:r>
      <w:r>
        <w:rPr>
          <w:color w:val="FF0000"/>
          <w:rtl w:val="1"/>
        </w:rPr>
        <w:t xml:space="preserve">«لا حَسَدَ إلا في اثنتَينِ: رجلٌ آتاه اللهُ مالاً فسُلِّطَ على هَلَكَتِه في الحقِّ،  </w:t>
      </w:r>
      <w:r>
        <w:rPr>
          <w:color w:val="FF0000"/>
          <w:rtl w:val="1"/>
        </w:rPr>
        <w:t xml:space="preserve">ورجلٌ آتاه اللهُ الحِكْمةَ فهو يَقْضي بها ويُعلِّمُها».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العمل بالعلم قبل التبليغ - قيم إحسانُ تبليغ العِلم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