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يدخل من هذه الأمة سبعون ألفاً دون حساب-كتاب صفة القيامة-سنن الترمذي — رقم الحديث: 2440 — الرقم الفرعي: 99 — الرقم الأصلي: 2442</w:t>
        <w:br/>
      </w:r>
      <w:r>
        <w:rPr>
          <w:rtl w:val="1"/>
        </w:rPr>
        <w:t xml:space="preserve"> حدثنا أبو عمّار الحسين بن حَريث أخبرنا الفضل بن موسى عن زكريا بن أبي زائدة عن عطيّة عن أبي سعيد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مِن أُمَّتي مَن يَشفَعُ للفِئام، ومنهم مَن يَشفعُ للقَبيلة، ومنهم مَن يَشفعُ للعُصْبة، ومِنهم مَن يَشفعُ للرَّجُل، حتّى يَدخُلوا الجَنّة». 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شفاعة رجال من أمة محمد ﷺ - شفاعة غير النبي ﷺ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