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زكاة العسل-كتاب الزكاة-سنن أبي داود — رقم الحديث: 1600 — الرقم الفرعي: 99 — الرقم الأصلي: 1600</w:t>
        <w:br/>
      </w:r>
      <w:r>
        <w:rPr>
          <w:rtl w:val="1"/>
        </w:rPr>
        <w:t xml:space="preserve"> حدثنا أحمد بن أبي شعيب الحرّانيّ ثنا موسى بن أعين عن عمرو بن الحارث المصريّ عن عمرو بن شعيب عن أبيه عن جدّه</w:t>
        <w:br/>
      </w:r>
      <w:r>
        <w:rPr>
          <w:color w:val="FF0000"/>
          <w:rtl w:val="1"/>
        </w:rPr>
        <w:t xml:space="preserve">قال: جاءَ هلالٌ، أحدُ بني مُتْعانَ إلى رسولِ الله ﷺ بعُشُور نَحْلٍ له،  </w:t>
      </w:r>
      <w:r>
        <w:rPr>
          <w:color w:val="000000"/>
          <w:rtl w:val="1"/>
        </w:rPr>
        <w:t xml:space="preserve">وكان سأله أن يحمي واديًا يقال له: سلَبَة، فحمى له رسولُ الله ﷺ ذلك الوادي،  </w:t>
      </w:r>
      <w:r>
        <w:rPr>
          <w:color w:val="FF0000"/>
          <w:rtl w:val="1"/>
        </w:rPr>
        <w:t xml:space="preserve">فلمَّا ولي عُمَرُ بنُ الخطاب رضي الله عنه كَتَبَ سفيانُ بنُ وهب إلى عُمَرَ بن الخطاب يسأله عن ذلك،  </w:t>
      </w:r>
      <w:r>
        <w:rPr>
          <w:color w:val="FF0000"/>
          <w:rtl w:val="1"/>
        </w:rPr>
        <w:t xml:space="preserve">فكتب عُمَرُ: إن أدَّى إليك ما كان يُؤدي إلى رَسولِ الله ﷺ من عُشورِ نحله، فاحْمِ له سَلَبَةَ، وإلا فإنما هُوَ ذُباب غَيْثٍ يأكُلُه مَنْ يَشَاءُ. </w:t>
      </w:r>
    </w:p>
    <w:p>
      <w:pPr>
        <w:bidi w:val="1"/>
        <w:jc w:val="start"/>
      </w:pPr>
      <w:r>
        <w:rPr>
          <w:rtl w:val="1"/>
        </w:rPr>
        <w:t>درجة الحديث: إسناده حسن من أجل عمرو بن شعيب، فهو صدوق لا بأس به.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إلزامية الدستور للحكام والمحكومين - الدستور</w:t>
      </w:r>
    </w:p>
    <w:p>
      <w:pPr>
        <w:bidi w:val="1"/>
        <w:jc w:val="start"/>
      </w:pPr>
      <w:r>
        <w:rPr>
          <w:rtl w:val="1"/>
        </w:rPr>
        <w:t>الشرح: الدلالة: زكاة العسل - الأموال التي تجب فيها الزكاة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اتصال كتابي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إمارة الزكاة - انواع الإمارة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