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دعاء النبيّ صلى الله عليه وسلم،إلى الإسلام والنبوّة-كتاب الجهاد والسير-صحيح البخاري — رقم الحديث: 2940 — الرقم الفرعي: 99 — الرقم الأصلي: 2940</w:t>
        <w:br/>
      </w:r>
      <w:r>
        <w:rPr>
          <w:rtl w:val="1"/>
        </w:rPr>
        <w:t xml:space="preserve"> حدثنا إبراهيم بن حمزة حدثنا إبراهيم بن سعد عن صالح بن كيسان عن ابن شهاب عن عبيدالله بن عبد الله بن عتبة عن عبد الله بن عباس رضي الله عنهما</w:t>
        <w:br/>
      </w:r>
      <w:r>
        <w:rPr>
          <w:color w:val="000000"/>
          <w:rtl w:val="1"/>
        </w:rPr>
        <w:t xml:space="preserve">أنَّه أخبَرهُ:  </w:t>
      </w:r>
      <w:r>
        <w:rPr>
          <w:color w:val="FF0000"/>
          <w:rtl w:val="1"/>
        </w:rPr>
        <w:t xml:space="preserve">أنَّ رسولَ الله ﷺ كَتَبَ إلى قَيصَرَ يَدْعُوه إلى الإسلامِ، وبَعَثَ بكتابِه إليه معَ دِحْيةَ الكَلْبيِّ، وأمَرَه رسولُ الله ﷺ أنْ يَدْفَعَه إلى عظيمِ بُصْرَى ليَدْفَعَه إلى قَيصَرَ،  </w:t>
      </w:r>
      <w:r>
        <w:rPr>
          <w:color w:val="FF0000"/>
          <w:rtl w:val="1"/>
        </w:rPr>
        <w:t xml:space="preserve">وكان قَيصَرُ لمّا كَشَفَ اللهُ عنه جنودَ فارسَ مَشَى من حِمْصَ إلى إيلِيَاءَ شُكْرًا لمَا أبلَاهُ اللهُ،  </w:t>
      </w:r>
      <w:r>
        <w:rPr>
          <w:color w:val="FF0000"/>
          <w:rtl w:val="1"/>
        </w:rPr>
        <w:t xml:space="preserve">فلمّا جاءَ قَيصَرَ كتابُ رسولِ الله ﷺ قال حينَ قرأَه: التَمِسُوا لي هاهُنا أحدًا من قومِه لأسألَهم عن رسولِ الله ﷺ. </w:t>
      </w:r>
    </w:p>
    <w:p>
      <w:pPr>
        <w:bidi w:val="1"/>
        <w:jc w:val="start"/>
      </w:pPr>
      <w:r>
        <w:rPr>
          <w:rtl w:val="1"/>
        </w:rPr>
        <w:t xml:space="preserve">الشرح: الدلالة: رسائل النبي صلى الله عليه وسلم إلى الملوك - أحداث السنة السابعة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