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أسامة بن زيد-كتاب المناقب-صحيح البخاري — رقم الحديث: 3737 — الرقم الفرعي: 99 — الرقم الأصلي: 3737</w:t>
        <w:br/>
      </w:r>
      <w:r>
        <w:rPr>
          <w:rtl w:val="1"/>
        </w:rPr>
        <w:t xml:space="preserve"> قال أبو عبد الله وحدثني سليمان بن عبد الرحمن حدثنا الوليد حدثنا عبد الرحمن بن نَمِر عن الزُّهريّ حدثني حَرمَلة مولى أسامة بن زيد</w:t>
        <w:br/>
      </w:r>
      <w:r>
        <w:rPr>
          <w:color w:val="000000"/>
          <w:rtl w:val="1"/>
        </w:rPr>
        <w:t xml:space="preserve">أنَّه بينَما هو مع عبدِ الله بنِ عمرَ،  </w:t>
      </w:r>
      <w:r>
        <w:rPr>
          <w:color w:val="000000"/>
          <w:rtl w:val="1"/>
        </w:rPr>
        <w:t xml:space="preserve">إذْ دَخَلَ الحجّاجُ بنُ أيمَنَ فلم يُتِمَّ رُكُوعَه ولا سُجُودَه،  </w:t>
      </w:r>
      <w:r>
        <w:rPr>
          <w:color w:val="000000"/>
          <w:rtl w:val="1"/>
        </w:rPr>
        <w:t xml:space="preserve">فقال: أعِدْ،  </w:t>
      </w:r>
      <w:r>
        <w:rPr>
          <w:color w:val="000000"/>
          <w:rtl w:val="1"/>
        </w:rPr>
        <w:t xml:space="preserve">فلمّا وَلَّى قال لي ابنُ عمرَ: مَن هذا؟  </w:t>
      </w:r>
      <w:r>
        <w:rPr>
          <w:color w:val="FF0000"/>
          <w:rtl w:val="1"/>
        </w:rPr>
        <w:t xml:space="preserve">قلتُ: الحجّاجُ بنُ أيمَنَ ابنِ أمِّ أيمَن،  </w:t>
      </w:r>
      <w:r>
        <w:rPr>
          <w:color w:val="FF0000"/>
          <w:rtl w:val="1"/>
        </w:rPr>
        <w:t xml:space="preserve">فقال ابنُ عمرَ: لو رأى هذا رسولُ الله ﷺ لأحبَّه؛ فذَكَرَ حُبَّه وما وَلَدَتْه أمُّ أيمَنَ. </w:t>
      </w:r>
      <w:r>
        <w:rPr>
          <w:color w:val="FF0000"/>
          <w:rtl w:val="1"/>
        </w:rPr>
        <w:t xml:space="preserve">قال: وزادَني بعضُ أصحابي عن سليمانَ: وكانت حاضِنةَ النبيِّ ﷺ. </w:t>
      </w:r>
    </w:p>
    <w:p>
      <w:pPr>
        <w:bidi w:val="1"/>
        <w:jc w:val="start"/>
      </w:pPr>
      <w:r>
        <w:rPr>
          <w:rtl w:val="1"/>
        </w:rPr>
        <w:t>الشرح: الدلالة: قيمة محبة الآل والأصحاب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مرضعات النبي صلى الله عليه وسلم - رضاعته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