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سجد-كتاب الصلاة-سنن أبي داود — رقم الحديث: 1414 — الرقم الفرعي: 99 — الرقم الأصلي: 1414</w:t>
        <w:br/>
      </w:r>
      <w:r>
        <w:rPr>
          <w:rtl w:val="1"/>
        </w:rPr>
        <w:t xml:space="preserve"> حدثنا مُسَدّد ثنا إسماعيل ثنا خالد الحذاء عن رجُل عن أبي العالية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يقولُ في سُجودِ القرآن باللَّيل، يقول في السَّجدةِ مِرارًا:  </w:t>
      </w:r>
      <w:r>
        <w:rPr>
          <w:color w:val="FF0000"/>
          <w:rtl w:val="1"/>
        </w:rPr>
        <w:t xml:space="preserve">«سَجَدَ وجهي للّذي خَلَقه، وشَقَّ سَمْعَه وبصَرَه بحَولِه وقُوَّتِه».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أذكاره ﷺ ودعاؤه في صلاة الليل - أدعية الصلاة</w:t>
      </w:r>
    </w:p>
    <w:p>
      <w:pPr>
        <w:bidi w:val="1"/>
        <w:jc w:val="start"/>
      </w:pPr>
      <w:r>
        <w:rPr>
          <w:rtl w:val="1"/>
        </w:rPr>
        <w:t>الشرح: الدلالة: أذكار سجود التلاوة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