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المبشِّرات-كتاب التعبير-صحيح البخاري — رقم الحديث: 6990 — الرقم الفرعي: 99 — الرقم الأصلي: 6990</w:t>
        <w:br/>
      </w:r>
      <w:r>
        <w:rPr>
          <w:rtl w:val="1"/>
        </w:rPr>
        <w:t xml:space="preserve"> حدثنا أبو اليمان أخبرنا شعيب عن الزهريّ حدثني سعيد بن المُسيب أنّ أبا هريرة</w:t>
        <w:br/>
      </w:r>
      <w:r>
        <w:rPr>
          <w:color w:val="000000"/>
          <w:rtl w:val="1"/>
        </w:rPr>
        <w:t xml:space="preserve">قال: سمعتُ رسولَ الله ﷺ، يقولُ:  </w:t>
      </w:r>
      <w:r>
        <w:rPr>
          <w:color w:val="FF0000"/>
          <w:rtl w:val="1"/>
        </w:rPr>
        <w:t xml:space="preserve">«لم يَبْقَ منَ النُّبوَّةِ إلَّا المُبشِّراتُ»  </w:t>
      </w:r>
      <w:r>
        <w:rPr>
          <w:color w:val="FF0000"/>
          <w:rtl w:val="1"/>
        </w:rPr>
        <w:t xml:space="preserve">قالوا: وما المُبشِّراتُ؟ قال: «الرُّؤْيا الصّالحةُ».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الرؤيا - الرؤيا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قيمة التفاؤل بالرؤيا الصالحة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