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القدر الذي يكتفي به الرجل من الماء للغسل-كتاب الطهارة-سنن النسائي — رقم الحديث: 226 — الرقم الفرعي: 99 — الرقم الأصلي: 226</w:t>
        <w:br/>
      </w:r>
      <w:r>
        <w:rPr>
          <w:rtl w:val="1"/>
        </w:rPr>
        <w:t xml:space="preserve"> أخبرنا محمد بن عبيد قال:حدثنا يحيى بن زكريا بن أبي زائدة عن موسى الجهنيّ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 مجاهدٌ بقَدَحٍ، حزَرتُه ثمانِيةَ أَرطالٍ، فقال: حدَّثَتني عائشةُ، رضي الله عنها: أنَّ رسولَ الله ﷺ كانَ يَغتسلُ بمثلِ هذا.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