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قتال اليهود-كتاب الجهاد والسير-صحيح البخاري — رقم الحديث: 2926 — الرقم الفرعي: 99 — الرقم الأصلي: 2926</w:t>
        <w:br/>
      </w:r>
      <w:r>
        <w:rPr>
          <w:rtl w:val="1"/>
        </w:rPr>
        <w:t xml:space="preserve"> حدثنا إسحاق بن إبراهيم أخبرنا جرير عن عمارة بن القعقاع عن أبي زُرْعة عن أبي هريرة رضي الله عنه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حتَّى تُقاتِلُوا اليهودَ، حتَّى يقولَ الحَجَرُ وَراءَه اليهوديُّ: يا مُسلِمُ هذا يهوديٌّ وَرَائي فاقتُلْه»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الأراضي الإسلامية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استرداد الأرض المغتصبة - أهداف الهجوم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السادس: قتال المسلمين لليهود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