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التلبية-كتاب مناسك الحج-سنن النسائي — رقم الحديث: 2752 — الرقم الفرعي: 99 — الرقم الأصلي: 2752</w:t>
        <w:br/>
      </w:r>
      <w:r>
        <w:rPr>
          <w:rtl w:val="1"/>
        </w:rPr>
        <w:t xml:space="preserve"> أخبرنا قتيبة قال:حدثنا حميد بن عبد الرحمن عن عبد العزيز بن أبي سلمة عن عبد الله بن الفضل عن الأعرج عن أبي هريرة</w:t>
        <w:br/>
      </w:r>
      <w:r>
        <w:rPr>
          <w:color w:val="FF0000"/>
          <w:rtl w:val="1"/>
        </w:rPr>
        <w:t xml:space="preserve">قال: «كان مِن تَلبِيَةِ النَّبِيِّ ﷺ، لَبَّيكَ إِله الحَقِّ». </w:t>
      </w:r>
      <w:r>
        <w:rPr>
          <w:color w:val="000000"/>
          <w:rtl w:val="1"/>
        </w:rPr>
        <w:t xml:space="preserve">قال أَبُو عَبدِ الرَّحمنِ: لا أَعلَمُ أَحدًا أَسْنَدَ هذا، عَن عَبدِ اللَّهِ بنِ الفَضلِ، إِلَّا عَبدَ العَزِيزِ، رواه إِسماعِيلُ بنُ أُمَيَّةَ عنه مُرسَلًا.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التلبية - أعمال العمرة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تلبيته ﷺ - حج النبي ﷺ وعمرته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