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6651 — الرقم الفرعي: 99 — الرقم الأصلي: 6651</w:t>
        <w:br/>
      </w:r>
      <w:r>
        <w:rPr>
          <w:rtl w:val="1"/>
        </w:rPr>
        <w:t xml:space="preserve"> حدثنا حسن حدثنا ابن لهيعة حدثنا راشد بن يحيى المَعافريّ أنه سمع أبا عبد الرحمن الحُبُليّ يحدث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قلتُ: يا رسولَ الله، ما غَنيمَةُ مَجالِسِ الذِّكر؟ قال: «غَنيمَةُ مجالس الذِّكر الجنةُ الجنةُ».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* الأذكار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