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العيادة من الرمد-أول كتاب الجنائز-سنن أبي داود — رقم الحديث: 3102 — الرقم الفرعي: 99 — الرقم الأصلي: 3102</w:t>
        <w:br/>
      </w:r>
      <w:r>
        <w:rPr>
          <w:rtl w:val="1"/>
        </w:rPr>
        <w:t xml:space="preserve"> حدثنا عبد الله بن محمد النفيليّ ثنا حجاج بن محمد عن يونس بن أبي إسحاق عن أبيه عن زيدِ بنِ أَرقم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عادَني رسولُ الله ﷺ مِن وَجَعٍ كان بعَينَيَّ.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