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ذكر البعث والصور-كتاب السنّة-سنن أبي داود — رقم الحديث: 4742 — الرقم الفرعي: 99 — الرقم الأصلي: 4742 — ج: 7 — ص: 121</w:t>
        <w:br/>
      </w:r>
      <w:r>
        <w:rPr>
          <w:rtl w:val="1"/>
        </w:rPr>
        <w:t xml:space="preserve"> حدثنا مُسدّد ثنا مُعْتَمر قال:سمعت أبي قال:ثنا أسلم عن بشر بن شَغاف عن عبد الله بن عمرو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«الصُّورُ قَرْنٌ يُنفَخُ فيه».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حقيقة الصور - سادسًا: النفخ في الصور وأهوال قيام الساعة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