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كراهية ذلك-كتاب الصوم-سنن أبي داود — رقم الحديث: 2337 — الرقم الفرعي: 99 — الرقم الأصلي: 2337</w:t>
        <w:br/>
      </w:r>
      <w:r>
        <w:rPr>
          <w:rtl w:val="1"/>
        </w:rPr>
        <w:t xml:space="preserve"> حدثنا قتيبة بن سعيد ثنا عبد العزيز بن محمد</w:t>
        <w:br/>
      </w:r>
      <w:r>
        <w:rPr>
          <w:color w:val="000000"/>
          <w:rtl w:val="1"/>
        </w:rPr>
        <w:t xml:space="preserve">قال: قَدِمَ عَبّادُ بنُ كثيرٍ المدينةَ، فمال إلى مجلس العلاءِ فأخذ بيدِه فأقامه،  </w:t>
      </w:r>
      <w:r>
        <w:rPr>
          <w:color w:val="000000"/>
          <w:rtl w:val="1"/>
        </w:rPr>
        <w:t xml:space="preserve">ثم قال: اللهُمَ إن هذا يَحدِّث عن أبيه عن أبي هُريرة، أن رسولَ الله ﷺ  قال:  </w:t>
      </w:r>
      <w:r>
        <w:rPr>
          <w:color w:val="FF0000"/>
          <w:rtl w:val="1"/>
        </w:rPr>
        <w:t xml:space="preserve">«إذا انتَصَفَ شعبانُ، فلا تَصُوموا».  </w:t>
      </w:r>
      <w:r>
        <w:rPr>
          <w:color w:val="000000"/>
          <w:rtl w:val="1"/>
        </w:rPr>
        <w:t xml:space="preserve">فقال العلاء. اللَّهُمَّ إن أبي حدَّثني عن أبي هريرة عن النبيَّ ﷺ بذلك. </w:t>
      </w:r>
      <w:r>
        <w:rPr>
          <w:color w:val="000000"/>
          <w:rtl w:val="1"/>
        </w:rPr>
        <w:t xml:space="preserve">قال أبو داود: رواه الثوريُّ وشِبلُ بنُ العلاء وأبو عميس وزهيرُ بن محمد، عن العلاء. </w:t>
      </w:r>
      <w:r>
        <w:rPr>
          <w:color w:val="000000"/>
          <w:rtl w:val="1"/>
        </w:rPr>
        <w:t xml:space="preserve">قال أبو داود: وكان عبدُ الرحمن لا يُحدث به، قلتُ لأحمد: لم؟ قال: لأنه كان عنده: أن النبيَّ ﷺ كان يَصِلُ شعبانَ برمضان، وقال: عن النبي ﷺ خِلافُه. </w:t>
      </w:r>
      <w:r>
        <w:rPr>
          <w:color w:val="000000"/>
          <w:rtl w:val="1"/>
        </w:rPr>
        <w:t xml:space="preserve">قال أبو داود: هذا عندي ليس خلافه ولم يَجِئ بِه غَيرُ العَلَاِء، عن أَبِيه.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الصيام في شعبان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ليلة النصف من شعبان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