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20351 — الرقم الفرعي: 99 — الرقم الأصلي: 20351</w:t>
        <w:br/>
      </w:r>
      <w:r>
        <w:rPr>
          <w:rtl w:val="1"/>
        </w:rPr>
        <w:t xml:space="preserve"> حدثنا عبد الرزاق ثنا مَعمر عن بديل العقيليّ أخبرني عبد الله بن شقيق</w:t>
        <w:br/>
      </w:r>
      <w:r>
        <w:rPr>
          <w:color w:val="000000"/>
          <w:rtl w:val="1"/>
        </w:rPr>
        <w:t xml:space="preserve">أنه أخبره من سمع النبي ﷺ وهو بوادي القرى، وهو على فرسه، وسأله رجل من بلقين، فقال: يا رسول الله، من هؤلاء؟ قال: «هؤلاء المغضوب عليهم» وأشار إلى اليهود، قال: فمن هؤلاء؟ قال: «هؤلاء الضالون» يعني: النصارى. </w:t>
      </w:r>
      <w:r>
        <w:rPr>
          <w:color w:val="FF0000"/>
          <w:rtl w:val="1"/>
        </w:rPr>
        <w:t xml:space="preserve">قال: وجاءه رجل فقال: استشهد مولاك، أو قال: غلامك فلان. قال: «بل يجر إلى النار في عباءة غلها».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الغلول - الغنائم والأسلاب والخمس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