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يقوم مكاناً أرفع من مكان القوم-كتاب الصلاة-سنن أبي داود — رقم الحديث: 597 — الرقم الفرعي: 99 — الرقم الأصلي: 597</w:t>
        <w:br/>
      </w:r>
      <w:r>
        <w:rPr>
          <w:rtl w:val="1"/>
        </w:rPr>
        <w:t xml:space="preserve"> حدثنا أحمد بن سنان و أحمد بن الفرات أبو مسعود الرازيّ ملاحظة المعنى قالا:ثنا يعلى ثنا الأعمش عن إبراهيم عن همّام</w:t>
        <w:br/>
      </w:r>
      <w:r>
        <w:rPr>
          <w:color w:val="FF0000"/>
          <w:rtl w:val="1"/>
        </w:rPr>
        <w:t xml:space="preserve">أن حُذيفة أمَّ الناسَ بالمَدائن على دُكَّانِ، فأَخذَ أبو مسعودٍ بقَميصِه فجَبَذَه،  </w:t>
      </w:r>
      <w:r>
        <w:rPr>
          <w:color w:val="FF0000"/>
          <w:rtl w:val="1"/>
        </w:rPr>
        <w:t xml:space="preserve">فلمَّا فَرَغَ من صَلاتِه قال: ألم تَعلم أنَّهم كانوا يُنهَونَ عن ذلك؟  </w:t>
      </w:r>
      <w:r>
        <w:rPr>
          <w:color w:val="000000"/>
          <w:rtl w:val="1"/>
        </w:rPr>
        <w:t xml:space="preserve">قال: بلى، قد ذَكرتُ حين مَدَدتَني.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قيام الإمام في مكان أرفع من مقام المصلين.. - ما ينهى عنه في الإمامة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