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ذكر الملائكة-كتاب بدء الخلق-صحيح البخاري — رقم الحديث: 3210 — الرقم الفرعي: 99 — الرقم الأصلي: 3210</w:t>
        <w:br/>
      </w:r>
      <w:r>
        <w:rPr>
          <w:rtl w:val="1"/>
        </w:rPr>
        <w:t xml:space="preserve"> حدثنا محمد حدثنا ابن أبي مريم أخبرنا الليث حدثنا ابن أبي جعفر عن محمد بن عبد الرحمن عن عروة بن الزبير عن عائشة رضي الله عنها ملاحظة زوج النبيّ صلى الله عليه وسلم أنها سمعت رسول الله صلى الله عليه وسلم</w:t>
        <w:br/>
      </w:r>
      <w:r>
        <w:rPr>
          <w:color w:val="FF0000"/>
          <w:rtl w:val="1"/>
        </w:rPr>
        <w:t xml:space="preserve">يقولُ: «إنَّ الملائكةَ تَنزِلُ في العَنانِ ــ وهو السَّحابُ ــ فتَذكُرُ الأمرَ قُضِيَ في السَّماءِ،  </w:t>
      </w:r>
      <w:r>
        <w:rPr>
          <w:color w:val="FF0000"/>
          <w:rtl w:val="1"/>
        </w:rPr>
        <w:t xml:space="preserve">فتَستَرِقُ الشَّياطينُ السَّمْعَ فتَسْمَعُه، فتُوحِيه إلى الكُهّانِ، فيَكذِبونَ معها مئةَ كَذِبةٍ من عندِ أنفُسِهم». </w:t>
      </w:r>
      <w:r>
        <w:rPr>
          <w:color w:val="000000"/>
          <w:rtl w:val="1"/>
        </w:rPr>
        <w:t xml:space="preserve"> </w:t>
      </w:r>
    </w:p>
    <w:p>
      <w:pPr>
        <w:bidi w:val="1"/>
        <w:jc w:val="start"/>
      </w:pPr>
      <w:r>
        <w:rPr>
          <w:rtl w:val="1"/>
        </w:rPr>
        <w:t>درجة الحديث: صحيح</w:t>
      </w:r>
    </w:p>
    <w:p>
      <w:pPr>
        <w:bidi w:val="1"/>
        <w:jc w:val="start"/>
      </w:pPr>
      <w:r>
        <w:rPr>
          <w:rtl w:val="1"/>
        </w:rPr>
        <w:t>الشرح: الدلالة: تحريم السحر والكهانة وحدهما - الحدود</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الإيمان بوجود الجن والشياطين - الجن والشياطين</w:t>
      </w:r>
    </w:p>
    <w:p>
      <w:pPr>
        <w:bidi w:val="1"/>
        <w:jc w:val="start"/>
      </w:pPr>
      <w:r>
        <w:rPr>
          <w:rtl w:val="1"/>
        </w:rPr>
        <w:t>الشرح: الدلالة: وسوسة الشياطين للإنسان - الجن والشياطين</w:t>
      </w:r>
    </w:p>
    <w:p>
      <w:pPr>
        <w:bidi w:val="1"/>
        <w:jc w:val="start"/>
      </w:pPr>
      <w:r>
        <w:rPr>
          <w:rtl w:val="1"/>
        </w:rPr>
        <w:t>الشرح: الدلالة: دعوة الجن للإنسان - الجن والشياطين</w:t>
      </w:r>
    </w:p>
    <w:p>
      <w:pPr>
        <w:bidi w:val="1"/>
        <w:jc w:val="start"/>
      </w:pPr>
      <w:r>
        <w:rPr>
          <w:rtl w:val="1"/>
        </w:rPr>
        <w:t>الشرح: الدلالة: الوقاية من الجن وعلاقتهم بالسحر - الجن والشياطين</w:t>
      </w:r>
    </w:p>
    <w:p>
      <w:pPr>
        <w:bidi w:val="1"/>
        <w:jc w:val="start"/>
      </w:pPr>
      <w:r>
        <w:rPr>
          <w:rtl w:val="1"/>
        </w:rPr>
        <w:t>الشرح: الدلالة: التصور الإسلامي للمعرفة - التصور الإسلامي</w:t>
      </w:r>
    </w:p>
    <w:p>
      <w:pPr>
        <w:bidi w:val="1"/>
        <w:jc w:val="start"/>
      </w:pPr>
      <w:r>
        <w:rPr>
          <w:rtl w:val="1"/>
        </w:rPr>
        <w:t>الشرح: الدلالة: الكذب - القيم والأخلاق المذمومة</w:t>
      </w:r>
    </w:p>
    <w:p>
      <w:pPr>
        <w:bidi w:val="1"/>
        <w:jc w:val="start"/>
      </w:pPr>
      <w:r>
        <w:rPr>
          <w:rtl w:val="1"/>
        </w:rPr>
        <w:t>الشرح: الدلالة: أسلوب ضرب المثل والتشبيه</w:t>
      </w:r>
    </w:p>
    <w:p>
      <w:pPr>
        <w:bidi w:val="1"/>
        <w:jc w:val="start"/>
      </w:pPr>
      <w:r>
        <w:rPr>
          <w:rtl w:val="1"/>
        </w:rPr>
        <w:t>الشرح: الدلالة: أماكن وجود الملائكة وسكناهم - أماكن وجود الملائكة ودرجاتهم</w:t>
      </w:r>
    </w:p>
    <w:p>
      <w:pPr>
        <w:bidi w:val="1"/>
        <w:jc w:val="start"/>
      </w:pPr>
      <w:r>
        <w:rPr>
          <w:rtl w:val="1"/>
        </w:rPr>
        <w:t>الشرح: الدلالة: قدرات الجن - حقيقة الجن وقدراتهم</w:t>
      </w:r>
    </w:p>
    <w:p>
      <w:pPr>
        <w:bidi w:val="1"/>
        <w:jc w:val="start"/>
      </w:pPr>
      <w:r>
        <w:rPr>
          <w:rtl w:val="1"/>
        </w:rPr>
        <w:t>الشرح: الدلالة: العملية (الواقعية)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