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الستر على المسلم-كتاب الأدب-سنن أبي داود — رقم الحديث: 4892 — الرقم الفرعي: 99 — الرقم الأصلي: 4892</w:t>
        <w:br/>
      </w:r>
      <w:r>
        <w:rPr>
          <w:rtl w:val="1"/>
        </w:rPr>
        <w:t xml:space="preserve"> حدثنا محمد بن يحيى ثنا ابن أبي مريم أخبرنا الليث قال:حدثني إبراهيم بن نشيط عن كعب بن علقمة أنه سمع أبا الهيثم يذكر أنه سمع دُخيناً كاتَب عقبة بن عامر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لنا جِيرَانٌ يشربونَ الخَمرَ، فنهيتُهُم فلم يَنتهُوا،  </w:t>
      </w:r>
      <w:r>
        <w:rPr>
          <w:color w:val="FF0000"/>
          <w:rtl w:val="1"/>
        </w:rPr>
        <w:t xml:space="preserve">فقلتُ لعُقبةَ بنِ عامرٍ: إنَّ جِيرانَنا هؤلاء يشربونَ الخمرَ، وإني نهيتُهُم فلم يَنتَهوا، فأنا داعٍ لهم الشُّرَطَ،  </w:t>
      </w:r>
      <w:r>
        <w:rPr>
          <w:color w:val="FF0000"/>
          <w:rtl w:val="1"/>
        </w:rPr>
        <w:t xml:space="preserve">فقال دَعْهُمْ،  </w:t>
      </w:r>
      <w:r>
        <w:rPr>
          <w:color w:val="FF0000"/>
          <w:rtl w:val="1"/>
        </w:rPr>
        <w:t xml:space="preserve">ثم رجعتُ إلى عُقبةَ مرةً أخرى، فقلت: إن جيرانَنا قد أبَوا أن ينتهُوا عن شُربِ الخَمْر، وأنا داعٍ لهم الشُرَطَ،  </w:t>
      </w:r>
      <w:r>
        <w:rPr>
          <w:color w:val="FF0000"/>
          <w:rtl w:val="1"/>
        </w:rPr>
        <w:t xml:space="preserve">قال: وَيْحَكَ دَعْهُم، فإني سمعتُ رسولَ الله ﷺ، فذكر معنى حديث مسلم(1). </w:t>
      </w:r>
      <w:r>
        <w:rPr>
          <w:color w:val="000000"/>
          <w:rtl w:val="1"/>
        </w:rPr>
        <w:t xml:space="preserve">قال أبو داود: قال هاشم بن القاسم، عن ليث في هذا الحديث، قال: لا تفعل ولكن عظهم وتهدّدْهم.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الجلواذ (الشرطي ) - المحكمة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التهديد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عدم التجسس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الشهود على شرب الخمر - إثبات جريمة شرب الخمر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إمارة الشرطة - انواع الإمارة</w:t>
      </w:r>
    </w:p>
    <w:p>
      <w:pPr>
        <w:bidi w:val="1"/>
        <w:jc w:val="start"/>
      </w:pPr>
      <w:r>
        <w:rPr>
          <w:rtl w:val="1"/>
        </w:rPr>
        <w:t>الشرح: الدلالة: قيمة الصبر على أذاه، وستر عوراته - مظاهر قيمة الإحسان إلى الجار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