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الصلاة على غير النبيّ صلىالله عليه وسلم-كتاب الصلاة-سنن أبي داود — رقم الحديث: 1533 — الرقم الفرعي: 99 — الرقم الأصلي: 1533</w:t>
        <w:br/>
      </w:r>
      <w:r>
        <w:rPr>
          <w:rtl w:val="1"/>
        </w:rPr>
        <w:t xml:space="preserve"> حدثنا محمد بن عيسى ثنا أبو عوانة عن الأسود بن قيس عن نُبَيْح العَنَزيّ عن جابر بن عبد الله</w:t>
        <w:br/>
      </w:r>
      <w:r>
        <w:rPr>
          <w:color w:val="FF0000"/>
          <w:rtl w:val="1"/>
        </w:rPr>
        <w:t xml:space="preserve">أنَّ امرأةً قالت للنّبيِّ ﷺ : صَلِّ علَيّ وعلى زَوجي،  </w:t>
      </w:r>
      <w:r>
        <w:rPr>
          <w:color w:val="FF0000"/>
          <w:rtl w:val="1"/>
        </w:rPr>
        <w:t xml:space="preserve">فقالَ النّبيُّ ﷺ : «صلَّى اللهُ عليكِ وعلى زَوجِكِ».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حرصه ﷺ على مصالح أصحابه وقضاء حوائجهم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النساء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بصلاة الله عليهم - دعاء النبي ﷺ لأصحابه خصوصًا ولأمته عمومًا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