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الجهمية-كتاب السنّة-سنن أبي داود — رقم الحديث: 4727 — الرقم الفرعي: 99 — الرقم الأصلي: 4727</w:t>
        <w:br/>
      </w:r>
      <w:r>
        <w:rPr>
          <w:rtl w:val="1"/>
        </w:rPr>
        <w:t xml:space="preserve"> حدثنا أحمد بن حفص بن عبد الله قال:حدثني أبي قال:حدثني إبراهيم بن طهمان عن موسى بن عقبة عن محمد بن المنكدر عن جابر بن عبد الله عن النبيّ صلى الله عليه وسلم</w:t>
        <w:br/>
      </w:r>
      <w:r>
        <w:rPr>
          <w:color w:val="FF0000"/>
          <w:rtl w:val="1"/>
        </w:rPr>
        <w:t xml:space="preserve">قال: «أُذِنَ لي أن أُحدِّثَ عن مَلَكٍ مِنْ ملائكةِ الله من حَمَلة العرش: إن ما بين شَحمةِ أذُنِه إلى عاتِقِه مَسيرةُ سبع مئةِ عام».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بالله تعالى - وظائف الملائكة</w:t>
      </w:r>
    </w:p>
    <w:p>
      <w:pPr>
        <w:bidi w:val="1"/>
        <w:jc w:val="start"/>
      </w:pPr>
      <w:r>
        <w:rPr>
          <w:rtl w:val="1"/>
        </w:rPr>
        <w:t>الشرح: الدلالة: الاستواء والعلو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شكل الملائكة وحركتهم ورؤية الناس لهم - حقيقة الملائكة وصفاتهم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