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سجدة ص-كتاب الصلاة-صحيح البخاري — رقم الحديث: 1069 — الرقم الفرعي: 99 — الرقم الأصلي: 1069</w:t>
        <w:br/>
      </w:r>
      <w:r>
        <w:rPr>
          <w:rtl w:val="1"/>
        </w:rPr>
        <w:t xml:space="preserve"> حدثنا سليمان بن حرب و أبو النعمان قالا:حدثنا حمّاد عن أيوب عن عكرمة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«ص» ليس من عَزائمِ السُّجودِ، وقد رأيتُ النبيَّ ﷺ يَسجُدُ فيها.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مواضع سجدات التلاوة - سجود التلاوة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