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خاتم الحديد-كتاب الخاتم-سنن أبي داود — رقم الحديث: 4224 — الرقم الفرعي: 99 — الرقم الأصلي: 4224</w:t>
        <w:br/>
      </w:r>
      <w:r>
        <w:rPr>
          <w:rtl w:val="1"/>
        </w:rPr>
        <w:t xml:space="preserve"> حدثنا ابن المثنى و زياد بن يحيى و الحسن بن عليّ قالوا:ثنا سهل بن حماد أبو عتاب ثنا أبو مكين نوح بن ربيعة حدثني إياس بن الحارث بن المعيقيب و جدّه من قِبَل أمّه أبو ذباب عن جده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خاتمُ النّبيِّ ﷺ مِن حديدٍ،  </w:t>
      </w:r>
      <w:r>
        <w:rPr>
          <w:color w:val="FF0000"/>
          <w:rtl w:val="1"/>
        </w:rPr>
        <w:t xml:space="preserve">مَلوِيٌّ عليه فضَّةٌ،  </w:t>
      </w:r>
      <w:r>
        <w:rPr>
          <w:color w:val="FF0000"/>
          <w:rtl w:val="1"/>
        </w:rPr>
        <w:t xml:space="preserve">قال: فربَّما كان في يَدِي،  </w:t>
      </w:r>
      <w:r>
        <w:rPr>
          <w:color w:val="000000"/>
          <w:rtl w:val="1"/>
        </w:rPr>
        <w:t xml:space="preserve">قال: وكان المُعَيقِيبُ على خاتِم النّبيِّ ﷺ.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التحلي بالفضة - التحلي بغير الذهب</w:t>
      </w:r>
    </w:p>
    <w:p>
      <w:pPr>
        <w:bidi w:val="1"/>
        <w:jc w:val="start"/>
      </w:pPr>
      <w:r>
        <w:rPr>
          <w:rtl w:val="1"/>
        </w:rPr>
        <w:t>الشرح: الدلالة: التحلي بالحديد - التحلي بغير الذهب</w:t>
      </w:r>
    </w:p>
    <w:p>
      <w:pPr>
        <w:bidi w:val="1"/>
        <w:jc w:val="start"/>
      </w:pPr>
      <w:r>
        <w:rPr>
          <w:rtl w:val="1"/>
        </w:rPr>
        <w:t>الشرح: الدلالة: ما يحل التختم به وما لا يحل - التختم</w:t>
      </w:r>
    </w:p>
    <w:p>
      <w:pPr>
        <w:bidi w:val="1"/>
        <w:jc w:val="start"/>
      </w:pPr>
      <w:r>
        <w:rPr>
          <w:rtl w:val="1"/>
        </w:rPr>
        <w:t>الشرح: الدلالة: صفة خاتم النبي صلى الله عليه وسلم - التختم</w:t>
      </w:r>
    </w:p>
    <w:p>
      <w:pPr>
        <w:bidi w:val="1"/>
        <w:jc w:val="start"/>
      </w:pPr>
      <w:r>
        <w:rPr>
          <w:rtl w:val="1"/>
        </w:rPr>
        <w:t>الشرح: الدلالة: نقش الخاتم - التختم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