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الأسير يوثَق-كتاب الجهاد-سنن أبي داود — رقم الحديث: 2680 — الرقم الفرعي: 99 — الرقم الأصلي: 2680</w:t>
        <w:br/>
      </w:r>
      <w:r>
        <w:rPr>
          <w:rtl w:val="1"/>
        </w:rPr>
        <w:t xml:space="preserve"> حدثنا محمد بن عمرو الرازيّ قال:ثنا سلمة ملاحظة يعني ابن الفضل عن ابن إسحاق قال:حدثني عبد الله بن أبي بكر عن يحيى بن عبد الله بن عبد الرحمن بن سعد بن زُرارة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قُدِم بالأُسارَى حين قُدِم بهم وسَودةُ بنتُ زَمعةَ عند آلِ عَفْراءَ في مَناحتِهم على عَوفٍ ومُعوِّذ ابنَي عَفْراء،  </w:t>
      </w:r>
      <w:r>
        <w:rPr>
          <w:color w:val="000000"/>
          <w:rtl w:val="1"/>
        </w:rPr>
        <w:t xml:space="preserve">قال: وذلك قبلَ أن يُضرَبَ عليهنَّ الحِجاب،  </w:t>
      </w:r>
      <w:r>
        <w:rPr>
          <w:color w:val="000000"/>
          <w:rtl w:val="1"/>
        </w:rPr>
        <w:t xml:space="preserve">قال: تقولُ سَودة: واللهِ إنِّي لعِندَهم إذ أُتيتُ، فقيل: هؤلاءِ الأُسارَى قد أُتي بهِم، فرَجعتُ إلى بيتي ورسولُ الله ﷺ فيه،  </w:t>
      </w:r>
      <w:r>
        <w:rPr>
          <w:color w:val="FF0000"/>
          <w:rtl w:val="1"/>
        </w:rPr>
        <w:t xml:space="preserve">وإذا أَبو يزيدَ سُهيلُ بنُ عمرٍو في ناحيةِ الحُجْرة مَجموعةٌ يداهُ إلى عُنُقِه بحَبْل،  </w:t>
      </w:r>
      <w:r>
        <w:rPr>
          <w:color w:val="000000"/>
          <w:rtl w:val="1"/>
        </w:rPr>
        <w:t xml:space="preserve">ثم ذَكرَ الحديث. </w:t>
      </w:r>
      <w:r>
        <w:rPr>
          <w:color w:val="000000"/>
          <w:rtl w:val="1"/>
        </w:rPr>
        <w:t xml:space="preserve">قال أبو داود: وهما قَتَلا أَبا جَهل، وكانا انتَدبا له، ولم يَعرِفاه، وقُتِلا يومَ بَدْر.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سودة بنت زمعة رضي الله عنها وما ورد فيها - زوجات النبي صلى الله عليه وسلم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