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شهود الملائكة بدراً-كتاب المغازي-صحيح البخاري — رقم الحديث: 3995 — الرقم الفرعي: 99 — الرقم الأصلي: 3995</w:t>
        <w:br/>
      </w:r>
      <w:r>
        <w:rPr>
          <w:rtl w:val="1"/>
        </w:rPr>
        <w:t xml:space="preserve"> حدثني إبراهيم بن موسى أخبرنا عبد الوهاب حدثنا خالد عن عِكرمة عن ابن عباس رضي الله عنهما</w:t>
        <w:br/>
      </w:r>
      <w:r>
        <w:rPr>
          <w:color w:val="FF0000"/>
          <w:rtl w:val="1"/>
        </w:rPr>
        <w:t xml:space="preserve">أنَّ النبيَّ ﷺ قال يومَ بَدْرٍ: «هذا جِبْريلُ آخِذٌ برأسِ فرَسِه عليه أداةُ الحربِ». 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إشاعة الأمل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صيانة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التحريض على القتال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شكل الملائكة وحركتهم ورؤية الناس لهم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حب الملائكة للمؤمنين واستغفارهم لهم والقتال معهم - حقيقة الملائكة وصفاتهم</w:t>
      </w:r>
    </w:p>
    <w:p>
      <w:pPr>
        <w:bidi w:val="1"/>
        <w:jc w:val="start"/>
      </w:pPr>
      <w:r>
        <w:rPr>
          <w:rtl w:val="1"/>
        </w:rPr>
        <w:t>الشرح: الدلالة: وظائف الملائكة المتعلقة بالنبوة والرسالة ووظيفة جبريل - وظائف الملائكة</w:t>
      </w:r>
    </w:p>
    <w:p>
      <w:pPr>
        <w:bidi w:val="1"/>
        <w:jc w:val="start"/>
      </w:pPr>
      <w:r>
        <w:rPr>
          <w:rtl w:val="1"/>
        </w:rPr>
        <w:t>الشرح: الدلالة: القوات البرية - أنواع القوات العسكرية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الفروسية وفن القتال - التدريب واللياقة البدنية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أسلوب الترغيب - أساليب الحرب النفسية</w:t>
      </w:r>
    </w:p>
    <w:p>
      <w:pPr>
        <w:bidi w:val="1"/>
        <w:jc w:val="start"/>
      </w:pPr>
      <w:r>
        <w:rPr>
          <w:rtl w:val="1"/>
        </w:rPr>
        <w:t>الشرح: الدلالة: إمداد الله عز وجل المسلمين بالملائكة - غزوة بدر الكبرى (الثانية)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