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كراهية المعصفر للرجال-كتاب اللباس-سنن ابن ماجة — رقم الحديث: 3601 — الرقم الفرعي: 99 — الرقم الأصلي: 3601</w:t>
        <w:br/>
      </w:r>
      <w:r>
        <w:rPr>
          <w:rtl w:val="1"/>
        </w:rPr>
        <w:t xml:space="preserve"> حدثنا أبو بكر بن أبي شيبة ثنا عليّ بن مُسهر عن يزيد بن أبي زياد عن الحسن بن سهيل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المُفَدَّم.  </w:t>
      </w:r>
      <w:r>
        <w:rPr>
          <w:color w:val="FF0000"/>
          <w:rtl w:val="1"/>
        </w:rPr>
        <w:t xml:space="preserve">قالَ يزيد: قلتُ للحسن: ما المُفَدَّم؟ قال: المُشبَع بالعُصفُر.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