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الأحاديث المختلفة في النهي عن كراء الأرض بالثلث والربع-كتاب الأيمان والنذور-سنن النسائي — رقم الحديث: 3924 — الرقم الفرعي: 99 — الرقم الأصلي: 3924</w:t>
        <w:br/>
      </w:r>
      <w:r>
        <w:rPr>
          <w:rtl w:val="1"/>
        </w:rPr>
        <w:t xml:space="preserve"> أخبرنا محمد بن حاتم قال:حدثنا حبّان قال:حدثنا عبد الله بن المبارك عن ليث قال:حدثني بكير بن عبد الله بن الأشجّ عن أُسيد بن رافع بن خديج أنّ أخا رافع</w:t>
        <w:br/>
      </w:r>
      <w:r>
        <w:rPr>
          <w:color w:val="000000"/>
          <w:rtl w:val="1"/>
        </w:rPr>
        <w:t xml:space="preserve">قالَ لقَومِه:  </w:t>
      </w:r>
      <w:r>
        <w:rPr>
          <w:color w:val="FF0000"/>
          <w:rtl w:val="1"/>
        </w:rPr>
        <w:t xml:space="preserve">قد نَهَى رسولُ الله ﷺ اليومَ عن شَيءٍ كان لكُم رافِقًا، وأَمرُهُ طاعةٌ وخيرٌ، نَهَى عن الحَقْل.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