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عن الأكل من ذروة الثريد-كتاب الأطعمة-سنن ابن ماجة — رقم الحديث: 3276 — الرقم الفرعي: 99 — الرقم الأصلي: 3276</w:t>
        <w:br/>
      </w:r>
      <w:r>
        <w:rPr>
          <w:rtl w:val="1"/>
        </w:rPr>
        <w:t xml:space="preserve"> حدثنا هشام بن عمّار ثنا أبو حفص عمر بن الدّرَفس حدثني عبد الرحمن بن أبي قَسيمة عن واثلة بن الأسقع الليثيّ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أَخذَ رسولُ الله ﷺ برَأسِ الثَّريد،  </w:t>
      </w:r>
      <w:r>
        <w:rPr>
          <w:color w:val="FF0000"/>
          <w:rtl w:val="1"/>
        </w:rPr>
        <w:t xml:space="preserve">فقال: «كُلُوا باسمِ الله  </w:t>
      </w:r>
      <w:r>
        <w:rPr>
          <w:color w:val="FF0000"/>
          <w:rtl w:val="1"/>
        </w:rPr>
        <w:t xml:space="preserve">مِن حَوالَيها، واعفُوا رأسَها؛  </w:t>
      </w:r>
      <w:r>
        <w:rPr>
          <w:color w:val="FF0000"/>
          <w:rtl w:val="1"/>
        </w:rPr>
        <w:t xml:space="preserve">فإنَّ البَرَكةَ تأتيها مِن فَوقِها».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النهي عن وضع اليد على ذروة الطعام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صالح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التسمية - آداب تناول الطعام والشراب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