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الدخول على الميت بعد الموت-كتاب الجنائز-صحيح البخاري — رقم الحديث: 1243 — الرقم الفرعي: 99 — الرقم الأصلي: 1243</w:t>
        <w:br/>
      </w:r>
      <w:r>
        <w:rPr>
          <w:rtl w:val="1"/>
        </w:rPr>
        <w:t xml:space="preserve"> حدثنا يحيى بن بكير حدثنا الليث عن عقيل عن ابن شهاب قال:أخبرني خارجة بن زيد بن ثابت</w:t>
        <w:br/>
      </w:r>
      <w:r>
        <w:rPr>
          <w:color w:val="000000"/>
          <w:rtl w:val="1"/>
        </w:rPr>
        <w:t xml:space="preserve">أنَّ أُمَّ العَلاءِ - امرأةً منَ الأنصارِ بايَعَتِ النبيَّ ﷺ - أخبَرتْه: أنَّه اقتُسِمَ المهاجِرونَ قُرْعةً،  </w:t>
      </w:r>
      <w:r>
        <w:rPr>
          <w:color w:val="000000"/>
          <w:rtl w:val="1"/>
        </w:rPr>
        <w:t xml:space="preserve">فطارَ لنا عُثمانُ بنُ مَظْعونٍ، فأنزَلْناه في أبْياتِنا،  </w:t>
      </w:r>
      <w:r>
        <w:rPr>
          <w:color w:val="000000"/>
          <w:rtl w:val="1"/>
        </w:rPr>
        <w:t xml:space="preserve">فوَجِعَ وَجَعَه الَّذي تُوُفِّيَ فيه،  </w:t>
      </w:r>
      <w:r>
        <w:rPr>
          <w:color w:val="FF0000"/>
          <w:rtl w:val="1"/>
        </w:rPr>
        <w:t xml:space="preserve">فلمّا تُوُفِّيَ وغُسِّلَ وكُفِّنَ في أثوابِه  </w:t>
      </w:r>
      <w:r>
        <w:rPr>
          <w:color w:val="000000"/>
          <w:rtl w:val="1"/>
        </w:rPr>
        <w:t xml:space="preserve">دَخَلَ رسولُ الله ﷺ،  </w:t>
      </w:r>
      <w:r>
        <w:rPr>
          <w:color w:val="000000"/>
          <w:rtl w:val="1"/>
        </w:rPr>
        <w:t xml:space="preserve">فقلتُ: رَحْمةُ الله عليكَ أبا السّائبِ، فشهادَتي عليكَ لقد أكرَمَكَ اللهُ.  </w:t>
      </w:r>
      <w:r>
        <w:rPr>
          <w:color w:val="000000"/>
          <w:rtl w:val="1"/>
        </w:rPr>
        <w:t xml:space="preserve">فقال النبيُّ ﷺ: «وما يُدرِيكِ أنَّ اللهَ أكرَمَه؟»  </w:t>
      </w:r>
      <w:r>
        <w:rPr>
          <w:color w:val="000000"/>
          <w:rtl w:val="1"/>
        </w:rPr>
        <w:t xml:space="preserve">فقلتُ: بأبي أنتَ يا رسولَ الله، فمَن يُكْرِمُه اللهُ؟  </w:t>
      </w:r>
      <w:r>
        <w:rPr>
          <w:color w:val="000000"/>
          <w:rtl w:val="1"/>
        </w:rPr>
        <w:t xml:space="preserve">فقال: «أمَّا هو فقد جاءَه اليقينُ، والله إنّي لأرجُو له الخيرَ،  </w:t>
      </w:r>
      <w:r>
        <w:rPr>
          <w:color w:val="FF0000"/>
          <w:rtl w:val="1"/>
        </w:rPr>
        <w:t xml:space="preserve">والله ما أدري وأنا رسولُ الله ما يُفْعَلُ بي»،  </w:t>
      </w:r>
      <w:r>
        <w:rPr>
          <w:color w:val="000000"/>
          <w:rtl w:val="1"/>
        </w:rPr>
        <w:t xml:space="preserve">قالت: فوالله لا أُزَكّي أحدًا بعدَه أبدًا. </w:t>
      </w:r>
      <w:r>
        <w:rPr>
          <w:color w:val="000000"/>
          <w:rtl w:val="1"/>
        </w:rPr>
        <w:t xml:space="preserve">حدَّثنا سعيد بن عُفير، حدَّثنا اللَّيثُ مثلَه. </w:t>
      </w:r>
      <w:r>
        <w:rPr>
          <w:color w:val="000000"/>
          <w:rtl w:val="1"/>
        </w:rPr>
        <w:t xml:space="preserve">وقال نافع بن يزيد، عن عُقيل: ما يُفعلُ به، وتابعه شعيب، وعَمرو بن دينار ومعمر.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الموت - أسباب الغسل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في دينه ودنياه - افتقار النبي ﷺ إلى الله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