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اتّقوا النار ولو بشقّ تمرة-كتاب الزكاة-صحيح البخاري — رقم الحديث: 1415 — الرقم الفرعي: 99 — الرقم الأصلي: 1415</w:t>
        <w:br/>
      </w:r>
      <w:r>
        <w:rPr>
          <w:rtl w:val="1"/>
        </w:rPr>
        <w:t xml:space="preserve"> حدثنا عبيدالله بن سعيد حدثنا أبو النعمان،الحكم،هو ابن عبد الله المصريّ حدثنا شعبة عن سليمان عن أبي وائل عن أبي مسعود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نَزَلَتْ آيةُ الصَّدَقةِ كنَّا نُحامِلُ،  </w:t>
      </w:r>
      <w:r>
        <w:rPr>
          <w:color w:val="FF0000"/>
          <w:rtl w:val="1"/>
        </w:rPr>
        <w:t xml:space="preserve">فجاءَ رجلٌ فتَصَدَّقَ بشيءٍ كَثيرٍ، فقالوا: مُرائي،  </w:t>
      </w:r>
      <w:r>
        <w:rPr>
          <w:color w:val="FF0000"/>
          <w:rtl w:val="1"/>
        </w:rPr>
        <w:t xml:space="preserve">وجاءَ رجلٌ فتَصَدَّقَ بصاعٍ، فقالوا: إنَّ اللهَ لَغَنيٌّ عن صاع هذا،  </w:t>
      </w:r>
      <w:r>
        <w:rPr>
          <w:color w:val="FF0000"/>
          <w:rtl w:val="1"/>
        </w:rPr>
        <w:t xml:space="preserve">فنَزَلَتْ: {الَّذِينَ يَلْمِزُونَ الْمُطَّوِّعِينَ مِنَ الْمُؤْمِنِينَ فِي الصَّدَقَاتِ وَالَّذِينَ لَا يَجِدُونَ إِلَّا جُهْدَهُمْ} الآية [التوبة: ٧٩].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حقيقة النفاق - النفاق</w:t>
      </w:r>
    </w:p>
    <w:p>
      <w:pPr>
        <w:bidi w:val="1"/>
        <w:jc w:val="start"/>
      </w:pPr>
      <w:r>
        <w:rPr>
          <w:rtl w:val="1"/>
        </w:rPr>
        <w:t>الشرح: الدلالة: نفاق الاعتقاد - النفاق</w:t>
      </w:r>
    </w:p>
    <w:p>
      <w:pPr>
        <w:bidi w:val="1"/>
        <w:jc w:val="start"/>
      </w:pPr>
      <w:r>
        <w:rPr>
          <w:rtl w:val="1"/>
        </w:rPr>
        <w:t>الشرح: الدلالة: نفاق اللسان - النفاق</w:t>
      </w:r>
    </w:p>
    <w:p>
      <w:pPr>
        <w:bidi w:val="1"/>
        <w:jc w:val="start"/>
      </w:pPr>
      <w:r>
        <w:rPr>
          <w:rtl w:val="1"/>
        </w:rPr>
        <w:t xml:space="preserve">الشرح: الدلالة: ** العمل يُعِين المسلمَ على الإنفاق - قيمة العمل 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ما ورد في مطلَق الصدقة والحثِّ عليها - سابعًا: التكافل بالصدقة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