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باب-كتاب المناقب-سنن الترمذي — رقم الحديث: 3779 — الرقم الفرعي: 99 — الرقم الأصلي: 3782</w:t>
        <w:br/>
      </w:r>
      <w:r>
        <w:rPr>
          <w:rtl w:val="1"/>
        </w:rPr>
        <w:t xml:space="preserve"> حدثنا عبد الله بن عبد الرحمن حدثنا عبيدالله بن موسى عن إسرائيل عن أبي إسحاق عن هانيء بن هانيء عن عليّ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الحسَنُ أَشبهُ برَسولِ الله ﷺ ما بينَ الصَّدرِ إلى الرّأس،  </w:t>
      </w:r>
      <w:r>
        <w:rPr>
          <w:color w:val="000000"/>
          <w:rtl w:val="1"/>
        </w:rPr>
        <w:t xml:space="preserve">والحُسينُ أَشبهُ بالنّبيِّ ﷺ ما كان أَسفلَ مِن ذلك. </w:t>
      </w:r>
      <w:r>
        <w:rPr>
          <w:color w:val="000000"/>
          <w:rtl w:val="1"/>
        </w:rPr>
        <w:t xml:space="preserve">هذا حديثٌ حسنٌ غريب.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مناقب ذرية علي كرم الله وجهه - مناقب آل البيت</w:t>
      </w:r>
    </w:p>
    <w:p>
      <w:pPr>
        <w:bidi w:val="1"/>
        <w:jc w:val="start"/>
      </w:pPr>
      <w:r>
        <w:rPr>
          <w:rtl w:val="1"/>
        </w:rPr>
        <w:t>الشرح: الدلالة: ذكر أسماء أسباط النبي صلى الله عليه وسلم - ذكر أسماء آل بيت النبي صلى الله عليه وسلم وذريته وأصهاره</w:t>
      </w:r>
    </w:p>
    <w:p>
      <w:pPr>
        <w:bidi w:val="1"/>
        <w:jc w:val="start"/>
      </w:pPr>
      <w:r>
        <w:rPr>
          <w:rtl w:val="1"/>
        </w:rPr>
        <w:t>الشرح: الدلالة: حسن صحيح غريب - الغريب ( الفرد )</w:t>
      </w:r>
    </w:p>
    <w:p>
      <w:pPr>
        <w:bidi w:val="1"/>
        <w:jc w:val="start"/>
      </w:pPr>
      <w:r>
        <w:rPr>
          <w:rtl w:val="1"/>
        </w:rPr>
        <w:t>الشرح: الدلالة: شبه الحسن بن علي به ﷺ - في معرفة من كان يشبه النبي ﷺ في خلقته</w:t>
      </w:r>
    </w:p>
    <w:p>
      <w:pPr>
        <w:bidi w:val="1"/>
        <w:jc w:val="start"/>
      </w:pPr>
      <w:r>
        <w:rPr>
          <w:rtl w:val="1"/>
        </w:rPr>
        <w:t>الشرح: الدلالة: القياس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