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549 — الرقم الفرعي: 99 — الرقم الأصلي: 549 — ج: 1 — ص: 74</w:t>
        <w:br/>
      </w:r>
      <w:r>
        <w:rPr>
          <w:rtl w:val="1"/>
        </w:rPr>
        <w:t xml:space="preserve"> حدثنا عبد الرزاق حدثنا مَعمَر عن قتادة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صلَّى الزُّبيرُ على عثمانَ، ودَفَنَه، وكان أَوصَى إليه.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