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3560 — الرقم الفرعي: 99 — الرقم الأصلي: 3560</w:t>
        <w:br/>
      </w:r>
      <w:r>
        <w:rPr>
          <w:rtl w:val="1"/>
        </w:rPr>
        <w:t xml:space="preserve"> حدثنا عبد الله بن يوسف أخبرنا مالك عن ابن شهاب عن عروة بن الزبير عن عائشة رضي الله عنها</w:t>
        <w:br/>
      </w:r>
      <w:r>
        <w:rPr>
          <w:color w:val="000000"/>
          <w:rtl w:val="1"/>
        </w:rPr>
        <w:t xml:space="preserve">أنَّها قالت:  </w:t>
      </w:r>
      <w:r>
        <w:rPr>
          <w:color w:val="FF0000"/>
          <w:rtl w:val="1"/>
        </w:rPr>
        <w:t xml:space="preserve">ما خُيِّرَ رسولُ الله ﷺ بينَ أمرَينِ إلَّا أخَذَ أَيسَرَهما، ما لم يَكُنْ إثْمًا،  </w:t>
      </w:r>
      <w:r>
        <w:rPr>
          <w:color w:val="FF0000"/>
          <w:rtl w:val="1"/>
        </w:rPr>
        <w:t xml:space="preserve">فإنْ كانَ إثْمًا كانَ أبعَدَ النّاس منه،  </w:t>
      </w:r>
      <w:r>
        <w:rPr>
          <w:color w:val="FF0000"/>
          <w:rtl w:val="1"/>
        </w:rPr>
        <w:t xml:space="preserve">وَما انتَقَمَ رسولُ الله ﷺ لِنَفْسِه، إلَّا أنْ تُنتَهَكَ حُرْمةُ الله، فيَنتَقِمَ لله بها. </w:t>
      </w:r>
    </w:p>
    <w:p>
      <w:pPr>
        <w:bidi w:val="1"/>
        <w:jc w:val="start"/>
      </w:pPr>
      <w:r>
        <w:rPr>
          <w:rtl w:val="1"/>
        </w:rPr>
        <w:t>الشرح: الدلالة: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قيمة السماحة في غير محارم الله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تيسيره ﷺ في الأمور كلها - تيسيره ﷺ</w:t>
      </w:r>
    </w:p>
    <w:p>
      <w:pPr>
        <w:bidi w:val="1"/>
        <w:jc w:val="start"/>
      </w:pPr>
      <w:r>
        <w:rPr>
          <w:rtl w:val="1"/>
        </w:rPr>
        <w:t xml:space="preserve">الشرح: الدلالة: لا ينتقم ﷺ لنفسه بل لله عز وجل - تقوى النبي ﷺ وخوفه ربه ورجاؤه </w:t>
      </w:r>
    </w:p>
    <w:p>
      <w:pPr>
        <w:bidi w:val="1"/>
        <w:jc w:val="start"/>
      </w:pPr>
      <w:r>
        <w:rPr>
          <w:rtl w:val="1"/>
        </w:rPr>
        <w:t>الشرح: الدلالة: انتقامه ﷺ لانتهاك حرمة الله عز وجل - تعظيم النبيِّ ﷺ لله تعالى ولحرماته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