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الوتر على الدابة-كتاب الصلاة-صحيح البخاري — رقم الحديث: 999 — الرقم الفرعي: 99 — الرقم الأصلي: 999</w:t>
        <w:br/>
      </w:r>
      <w:r>
        <w:rPr>
          <w:rtl w:val="1"/>
        </w:rPr>
        <w:t xml:space="preserve"> حدثنا إسماعيل قال:حدثني مالك عن أبي بكر بن عمر بن عبد الرحمن بن عبد الله بن عمر بن الخطاب عن سعيد بن يسار</w:t>
        <w:br/>
      </w:r>
      <w:r>
        <w:rPr>
          <w:color w:val="FF0000"/>
          <w:rtl w:val="1"/>
        </w:rPr>
        <w:t xml:space="preserve">أنَّه قال: كنتُ أَسِيرُ معَ عبدِ الله بنِ عمرَ بطريقِ مكَّةَ،  </w:t>
      </w:r>
      <w:r>
        <w:rPr>
          <w:color w:val="FF0000"/>
          <w:rtl w:val="1"/>
        </w:rPr>
        <w:t xml:space="preserve">فقال سعيدٌ: فلمّا خَشِيتُ الصُّبحَ نزلتُ فأوتَرْتُ، ثمَّ لَحِقْتُه،  </w:t>
      </w:r>
      <w:r>
        <w:rPr>
          <w:color w:val="000000"/>
          <w:rtl w:val="1"/>
        </w:rPr>
        <w:t xml:space="preserve">فقال عبدُ الله بنُ عمرَ: أينَ كنتَ؟ فقلتُ: خَشِيتُ الصُّبحَ، فنزلتُ فأوتَرْتُ،  </w:t>
      </w:r>
      <w:r>
        <w:rPr>
          <w:color w:val="000000"/>
          <w:rtl w:val="1"/>
        </w:rPr>
        <w:t xml:space="preserve">فقال عبدُ الله: أليسَ لكَ في رسولِ الله ﷺ أُسْوةٌ حَسَنةٌ؟ فقلتُ: بَلَى والله،  </w:t>
      </w:r>
      <w:r>
        <w:rPr>
          <w:color w:val="FF0000"/>
          <w:rtl w:val="1"/>
        </w:rPr>
        <w:t xml:space="preserve">قال: فإنَّ رسولَ الله ﷺ كان يُوتِرُ على البَعِيرِ.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الصلاة على الدابة ووسائل النقل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استقبال القبلة في النافلة - استقبال القبلة</w:t>
      </w:r>
    </w:p>
    <w:p>
      <w:pPr>
        <w:bidi w:val="1"/>
        <w:jc w:val="start"/>
      </w:pPr>
      <w:r>
        <w:rPr>
          <w:rtl w:val="1"/>
        </w:rPr>
        <w:t>الشرح: الدلالة: الوتر في السفر. - صلاة الوتر</w:t>
      </w:r>
    </w:p>
    <w:p>
      <w:pPr>
        <w:bidi w:val="1"/>
        <w:jc w:val="start"/>
      </w:pPr>
      <w:r>
        <w:rPr>
          <w:rtl w:val="1"/>
        </w:rPr>
        <w:t xml:space="preserve">الشرح: الدلالة: تيسيره ﷺ في الصلاة - تيسيره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